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97DB09" w14:textId="77777777" w:rsidR="00DD0F2A" w:rsidRDefault="00000000">
      <w:pPr>
        <w:jc w:val="center"/>
      </w:pPr>
      <w:proofErr w:type="spellStart"/>
      <w:r>
        <w:rPr>
          <w:b/>
          <w:bCs/>
          <w:color w:val="FF7800"/>
          <w:sz w:val="40"/>
          <w:szCs w:val="40"/>
        </w:rPr>
        <w:t>Te</w:t>
      </w:r>
      <w:proofErr w:type="spellEnd"/>
      <w:r>
        <w:rPr>
          <w:b/>
          <w:bCs/>
          <w:color w:val="FF7800"/>
          <w:sz w:val="40"/>
          <w:szCs w:val="40"/>
        </w:rPr>
        <w:t xml:space="preserve"> Au </w:t>
      </w:r>
      <w:proofErr w:type="spellStart"/>
      <w:r>
        <w:rPr>
          <w:b/>
          <w:bCs/>
          <w:color w:val="FF7800"/>
          <w:sz w:val="40"/>
          <w:szCs w:val="40"/>
        </w:rPr>
        <w:t>Pūngao</w:t>
      </w:r>
      <w:proofErr w:type="spellEnd"/>
      <w:r>
        <w:rPr>
          <w:b/>
          <w:bCs/>
          <w:color w:val="FF7800"/>
          <w:sz w:val="40"/>
          <w:szCs w:val="40"/>
        </w:rPr>
        <w:t xml:space="preserve"> Microgrants 2026</w:t>
      </w:r>
    </w:p>
    <w:p w14:paraId="5DBAEB78" w14:textId="77777777" w:rsidR="00DD0F2A" w:rsidRPr="0076354C" w:rsidRDefault="00000000">
      <w:pPr>
        <w:jc w:val="center"/>
        <w:rPr>
          <w:rFonts w:ascii="DM Sans 14pt Black" w:hAnsi="DM Sans 14pt Black"/>
        </w:rPr>
      </w:pPr>
      <w:r w:rsidRPr="0076354C">
        <w:rPr>
          <w:rFonts w:ascii="DM Sans 14pt Black" w:hAnsi="DM Sans 14pt Black"/>
          <w:color w:val="03646A"/>
          <w:sz w:val="28"/>
          <w:szCs w:val="28"/>
        </w:rPr>
        <w:t>Application Form</w:t>
      </w:r>
    </w:p>
    <w:p w14:paraId="66E83687" w14:textId="77777777" w:rsidR="00DD0F2A" w:rsidRDefault="00000000">
      <w:r>
        <w:rPr>
          <w:b/>
          <w:bCs/>
        </w:rPr>
        <w:t xml:space="preserve">Instructions: </w:t>
      </w:r>
      <w:r>
        <w:t>Complete all sections and email to grants@teaupungao.com. Estimated completion time: 15-20 minutes.</w:t>
      </w:r>
    </w:p>
    <w:p w14:paraId="7580D45F" w14:textId="77777777" w:rsidR="00DD0F2A" w:rsidRDefault="00000000">
      <w:r>
        <w:rPr>
          <w:b/>
          <w:bCs/>
          <w:color w:val="03646A"/>
          <w:sz w:val="28"/>
          <w:szCs w:val="28"/>
        </w:rPr>
        <w:t>SECTION 1: Applicant Information</w:t>
      </w:r>
    </w:p>
    <w:tbl>
      <w:tblPr>
        <w:tblStyle w:val="a"/>
        <w:tblW w:w="864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20"/>
        <w:gridCol w:w="4320"/>
      </w:tblGrid>
      <w:tr w:rsidR="00DD0F2A" w14:paraId="77FA3485" w14:textId="77777777">
        <w:tc>
          <w:tcPr>
            <w:tcW w:w="4320" w:type="dxa"/>
            <w:shd w:val="clear" w:color="auto" w:fill="E6E6E6"/>
          </w:tcPr>
          <w:p w14:paraId="6A603FF6" w14:textId="77777777" w:rsidR="00DD0F2A" w:rsidRDefault="00000000">
            <w:r>
              <w:rPr>
                <w:b/>
                <w:bCs/>
                <w:sz w:val="20"/>
                <w:szCs w:val="20"/>
              </w:rPr>
              <w:t>Full Name:</w:t>
            </w:r>
          </w:p>
        </w:tc>
        <w:tc>
          <w:tcPr>
            <w:tcW w:w="4320" w:type="dxa"/>
          </w:tcPr>
          <w:p w14:paraId="0982BF86" w14:textId="77777777" w:rsidR="00DD0F2A" w:rsidRDefault="00DD0F2A"/>
        </w:tc>
      </w:tr>
      <w:tr w:rsidR="00DD0F2A" w14:paraId="2E055C99" w14:textId="77777777">
        <w:tc>
          <w:tcPr>
            <w:tcW w:w="4320" w:type="dxa"/>
            <w:shd w:val="clear" w:color="auto" w:fill="E6E6E6"/>
          </w:tcPr>
          <w:p w14:paraId="54BDBF09" w14:textId="77777777" w:rsidR="00DD0F2A" w:rsidRDefault="00000000">
            <w:r>
              <w:rPr>
                <w:b/>
                <w:bCs/>
                <w:sz w:val="20"/>
                <w:szCs w:val="20"/>
              </w:rPr>
              <w:t>Email Address:</w:t>
            </w:r>
          </w:p>
        </w:tc>
        <w:tc>
          <w:tcPr>
            <w:tcW w:w="4320" w:type="dxa"/>
          </w:tcPr>
          <w:p w14:paraId="0E56ABB1" w14:textId="77777777" w:rsidR="00DD0F2A" w:rsidRDefault="00DD0F2A"/>
        </w:tc>
      </w:tr>
      <w:tr w:rsidR="00DD0F2A" w14:paraId="11DC69D5" w14:textId="77777777">
        <w:tc>
          <w:tcPr>
            <w:tcW w:w="4320" w:type="dxa"/>
            <w:shd w:val="clear" w:color="auto" w:fill="E6E6E6"/>
          </w:tcPr>
          <w:p w14:paraId="1EBE355F" w14:textId="77777777" w:rsidR="00DD0F2A" w:rsidRDefault="00000000">
            <w:r>
              <w:rPr>
                <w:b/>
                <w:bCs/>
                <w:sz w:val="20"/>
                <w:szCs w:val="20"/>
              </w:rPr>
              <w:t>Phone Number:</w:t>
            </w:r>
          </w:p>
        </w:tc>
        <w:tc>
          <w:tcPr>
            <w:tcW w:w="4320" w:type="dxa"/>
          </w:tcPr>
          <w:p w14:paraId="0212448C" w14:textId="77777777" w:rsidR="00DD0F2A" w:rsidRDefault="00DD0F2A"/>
        </w:tc>
      </w:tr>
      <w:tr w:rsidR="00DD0F2A" w14:paraId="3E7223DB" w14:textId="77777777">
        <w:tc>
          <w:tcPr>
            <w:tcW w:w="4320" w:type="dxa"/>
            <w:shd w:val="clear" w:color="auto" w:fill="E6E6E6"/>
          </w:tcPr>
          <w:p w14:paraId="4FD4C1FC" w14:textId="77777777" w:rsidR="00DD0F2A" w:rsidRDefault="00000000">
            <w:r>
              <w:rPr>
                <w:b/>
                <w:bCs/>
                <w:sz w:val="20"/>
                <w:szCs w:val="20"/>
              </w:rPr>
              <w:t>Location:</w:t>
            </w:r>
          </w:p>
        </w:tc>
        <w:tc>
          <w:tcPr>
            <w:tcW w:w="4320" w:type="dxa"/>
          </w:tcPr>
          <w:p w14:paraId="3022B478" w14:textId="77777777" w:rsidR="00DD0F2A" w:rsidRDefault="00DD0F2A"/>
        </w:tc>
      </w:tr>
      <w:tr w:rsidR="00DD0F2A" w14:paraId="1FE9D860" w14:textId="77777777">
        <w:tc>
          <w:tcPr>
            <w:tcW w:w="4320" w:type="dxa"/>
            <w:shd w:val="clear" w:color="auto" w:fill="E6E6E6"/>
          </w:tcPr>
          <w:p w14:paraId="3BD64E3E" w14:textId="77777777" w:rsidR="00DD0F2A" w:rsidRDefault="00000000">
            <w:r>
              <w:rPr>
                <w:b/>
                <w:bCs/>
                <w:sz w:val="20"/>
                <w:szCs w:val="20"/>
              </w:rPr>
              <w:t>LinkedIn (optional):</w:t>
            </w:r>
          </w:p>
        </w:tc>
        <w:tc>
          <w:tcPr>
            <w:tcW w:w="4320" w:type="dxa"/>
          </w:tcPr>
          <w:p w14:paraId="27847784" w14:textId="77777777" w:rsidR="00DD0F2A" w:rsidRDefault="00DD0F2A"/>
        </w:tc>
      </w:tr>
      <w:tr w:rsidR="00DD0F2A" w14:paraId="66F7A79A" w14:textId="77777777">
        <w:tc>
          <w:tcPr>
            <w:tcW w:w="4320" w:type="dxa"/>
            <w:shd w:val="clear" w:color="auto" w:fill="E6E6E6"/>
          </w:tcPr>
          <w:p w14:paraId="691E910C" w14:textId="77777777" w:rsidR="00DD0F2A" w:rsidRDefault="00000000">
            <w:r>
              <w:rPr>
                <w:b/>
                <w:bCs/>
                <w:sz w:val="20"/>
                <w:szCs w:val="20"/>
              </w:rPr>
              <w:t>Business Name (if registered):</w:t>
            </w:r>
          </w:p>
        </w:tc>
        <w:tc>
          <w:tcPr>
            <w:tcW w:w="4320" w:type="dxa"/>
          </w:tcPr>
          <w:p w14:paraId="54AF5FB6" w14:textId="77777777" w:rsidR="00DD0F2A" w:rsidRDefault="00DD0F2A"/>
        </w:tc>
      </w:tr>
      <w:tr w:rsidR="00DD0F2A" w14:paraId="68BD3EF4" w14:textId="77777777">
        <w:tc>
          <w:tcPr>
            <w:tcW w:w="4320" w:type="dxa"/>
            <w:shd w:val="clear" w:color="auto" w:fill="E6E6E6"/>
          </w:tcPr>
          <w:p w14:paraId="45E59AA8" w14:textId="77777777" w:rsidR="00DD0F2A" w:rsidRDefault="00000000">
            <w:r>
              <w:rPr>
                <w:b/>
                <w:bCs/>
                <w:sz w:val="20"/>
                <w:szCs w:val="20"/>
              </w:rPr>
              <w:t>Website/Social (optional):</w:t>
            </w:r>
          </w:p>
        </w:tc>
        <w:tc>
          <w:tcPr>
            <w:tcW w:w="4320" w:type="dxa"/>
          </w:tcPr>
          <w:p w14:paraId="146B0576" w14:textId="77777777" w:rsidR="00DD0F2A" w:rsidRDefault="00DD0F2A"/>
        </w:tc>
      </w:tr>
    </w:tbl>
    <w:p w14:paraId="3F251498" w14:textId="77777777" w:rsidR="00DD0F2A" w:rsidRDefault="00DD0F2A"/>
    <w:p w14:paraId="0C93F206" w14:textId="77777777" w:rsidR="00DD0F2A" w:rsidRDefault="00000000">
      <w:r>
        <w:rPr>
          <w:b/>
          <w:bCs/>
          <w:color w:val="03646A"/>
          <w:sz w:val="28"/>
          <w:szCs w:val="28"/>
        </w:rPr>
        <w:t>SECTION 2: Your Startup Project</w:t>
      </w:r>
    </w:p>
    <w:p w14:paraId="22B88BC0" w14:textId="77777777" w:rsidR="00DD0F2A" w:rsidRDefault="00000000">
      <w:r>
        <w:rPr>
          <w:b/>
          <w:bCs/>
        </w:rPr>
        <w:t>Q1: What problem are you solving?</w:t>
      </w:r>
    </w:p>
    <w:p w14:paraId="1CD607BD" w14:textId="77777777" w:rsidR="00DD0F2A" w:rsidRDefault="00000000">
      <w:r>
        <w:rPr>
          <w:i/>
          <w:iCs/>
          <w:color w:val="666666"/>
          <w:sz w:val="20"/>
          <w:szCs w:val="20"/>
        </w:rPr>
        <w:t>Describe the specific problem your startup addresses. Who experiences it? Why is it significant? How does this align with innovation and scalability? (150 words max)</w:t>
      </w:r>
    </w:p>
    <w:p w14:paraId="59F39FF8" w14:textId="77777777" w:rsidR="00DD0F2A" w:rsidRDefault="00000000">
      <w:r>
        <w:t>Answer:</w:t>
      </w:r>
      <w:r>
        <w:br/>
      </w:r>
      <w:r>
        <w:br/>
      </w:r>
      <w:r>
        <w:br/>
      </w:r>
      <w:r>
        <w:br/>
      </w:r>
    </w:p>
    <w:p w14:paraId="724CE3C7" w14:textId="77777777" w:rsidR="00DD0F2A" w:rsidRDefault="00000000">
      <w:r>
        <w:rPr>
          <w:b/>
          <w:bCs/>
        </w:rPr>
        <w:t>Q2: What is your solution?</w:t>
      </w:r>
    </w:p>
    <w:p w14:paraId="0ACB3EB6" w14:textId="77777777" w:rsidR="00DD0F2A" w:rsidRDefault="00000000">
      <w:r>
        <w:rPr>
          <w:i/>
          <w:iCs/>
          <w:color w:val="666666"/>
          <w:sz w:val="20"/>
          <w:szCs w:val="20"/>
        </w:rPr>
        <w:t>What are you building? What makes it innovative and different from existing solutions? What is your current stage? (150 words max)</w:t>
      </w:r>
    </w:p>
    <w:p w14:paraId="32317182" w14:textId="77777777" w:rsidR="00DD0F2A" w:rsidRDefault="00000000">
      <w:r>
        <w:t>Answer:</w:t>
      </w:r>
      <w:r>
        <w:br/>
      </w:r>
      <w:r>
        <w:br/>
      </w:r>
      <w:r>
        <w:br/>
      </w:r>
      <w:r>
        <w:br/>
      </w:r>
    </w:p>
    <w:p w14:paraId="2DDC5435" w14:textId="77777777" w:rsidR="00DD0F2A" w:rsidRDefault="00000000">
      <w:r>
        <w:rPr>
          <w:b/>
          <w:bCs/>
        </w:rPr>
        <w:t xml:space="preserve">Q3: Why is this scalable and </w:t>
      </w:r>
      <w:proofErr w:type="gramStart"/>
      <w:r>
        <w:rPr>
          <w:b/>
          <w:bCs/>
        </w:rPr>
        <w:t>high-growth</w:t>
      </w:r>
      <w:proofErr w:type="gramEnd"/>
      <w:r>
        <w:rPr>
          <w:b/>
          <w:bCs/>
        </w:rPr>
        <w:t>?</w:t>
      </w:r>
    </w:p>
    <w:p w14:paraId="78972FC5" w14:textId="77777777" w:rsidR="00DD0F2A" w:rsidRDefault="00000000">
      <w:r>
        <w:rPr>
          <w:i/>
          <w:iCs/>
          <w:color w:val="666666"/>
          <w:sz w:val="20"/>
          <w:szCs w:val="20"/>
        </w:rPr>
        <w:lastRenderedPageBreak/>
        <w:t>How will this business scale beyond Marlborough? What is the growth potential? How does innovation enable scalability? (150 words max)</w:t>
      </w:r>
    </w:p>
    <w:p w14:paraId="5B109373" w14:textId="77777777" w:rsidR="00DD0F2A" w:rsidRDefault="00000000">
      <w:r>
        <w:t>Answer:</w:t>
      </w:r>
      <w:r>
        <w:br/>
      </w:r>
      <w:r>
        <w:br/>
      </w:r>
      <w:r>
        <w:br/>
      </w:r>
      <w:r>
        <w:br/>
      </w:r>
    </w:p>
    <w:p w14:paraId="25F5786C" w14:textId="77777777" w:rsidR="00DD0F2A" w:rsidRDefault="00000000">
      <w:r>
        <w:rPr>
          <w:b/>
          <w:bCs/>
        </w:rPr>
        <w:t>Q4: What specific experiment will you run with this funding?</w:t>
      </w:r>
    </w:p>
    <w:p w14:paraId="55199250" w14:textId="77777777" w:rsidR="00DD0F2A" w:rsidRDefault="00000000">
      <w:r>
        <w:rPr>
          <w:i/>
          <w:iCs/>
          <w:color w:val="666666"/>
          <w:sz w:val="20"/>
          <w:szCs w:val="20"/>
        </w:rPr>
        <w:t>This is the MOST IMPORTANT question. What will you do? What question are you answering? What will you learn? Be specific. (200 words max)</w:t>
      </w:r>
    </w:p>
    <w:p w14:paraId="510EE10D" w14:textId="77777777" w:rsidR="00DD0F2A" w:rsidRDefault="00000000">
      <w:r>
        <w:t>Answer:</w:t>
      </w:r>
      <w:r>
        <w:br/>
      </w:r>
      <w:r>
        <w:br/>
      </w:r>
      <w:r>
        <w:br/>
      </w:r>
      <w:r>
        <w:br/>
      </w:r>
      <w:r>
        <w:br/>
      </w:r>
    </w:p>
    <w:p w14:paraId="42DC8F55" w14:textId="77777777" w:rsidR="00DD0F2A" w:rsidRDefault="00000000">
      <w:r>
        <w:rPr>
          <w:b/>
          <w:bCs/>
          <w:color w:val="03646A"/>
          <w:sz w:val="28"/>
          <w:szCs w:val="28"/>
        </w:rPr>
        <w:t>SECTION 3: Budget Breakdown</w:t>
      </w:r>
    </w:p>
    <w:p w14:paraId="22738107" w14:textId="77777777" w:rsidR="00DD0F2A" w:rsidRDefault="00000000">
      <w:r>
        <w:rPr>
          <w:b/>
          <w:bCs/>
        </w:rPr>
        <w:t>Q5: How much funding do you need?</w:t>
      </w:r>
    </w:p>
    <w:p w14:paraId="4429B884" w14:textId="77777777" w:rsidR="00DD0F2A" w:rsidRDefault="00000000">
      <w:r>
        <w:rPr>
          <w:i/>
          <w:iCs/>
          <w:color w:val="666666"/>
          <w:sz w:val="20"/>
          <w:szCs w:val="20"/>
        </w:rPr>
        <w:t>Amount requested (between $500 and $2,000):</w:t>
      </w:r>
    </w:p>
    <w:p w14:paraId="0F988B07" w14:textId="1BAC5921" w:rsidR="00DD0F2A" w:rsidRDefault="00000000">
      <w:r>
        <w:rPr>
          <w:b/>
          <w:bCs/>
          <w:sz w:val="28"/>
          <w:szCs w:val="28"/>
        </w:rPr>
        <w:t>$____________</w:t>
      </w:r>
    </w:p>
    <w:p w14:paraId="6A1A54AC" w14:textId="63EC1DA6" w:rsidR="00DD0F2A" w:rsidRDefault="00000000">
      <w:r>
        <w:rPr>
          <w:b/>
          <w:bCs/>
        </w:rPr>
        <w:t xml:space="preserve">Q6: Provide an </w:t>
      </w:r>
      <w:r w:rsidR="0076354C">
        <w:rPr>
          <w:b/>
          <w:bCs/>
        </w:rPr>
        <w:t>itemized</w:t>
      </w:r>
      <w:r>
        <w:rPr>
          <w:b/>
          <w:bCs/>
        </w:rPr>
        <w:t xml:space="preserve"> budget breakdown</w:t>
      </w:r>
    </w:p>
    <w:p w14:paraId="0F2F2F1E" w14:textId="77777777" w:rsidR="00DD0F2A" w:rsidRDefault="00000000">
      <w:r>
        <w:rPr>
          <w:i/>
          <w:iCs/>
          <w:color w:val="666666"/>
          <w:sz w:val="20"/>
          <w:szCs w:val="20"/>
        </w:rPr>
        <w:t>List each expense with justification. Be realistic and specific.</w:t>
      </w:r>
    </w:p>
    <w:tbl>
      <w:tblPr>
        <w:tblStyle w:val="a0"/>
        <w:tblW w:w="864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80"/>
        <w:gridCol w:w="2880"/>
        <w:gridCol w:w="2880"/>
      </w:tblGrid>
      <w:tr w:rsidR="00DD0F2A" w14:paraId="33C78099" w14:textId="77777777">
        <w:tc>
          <w:tcPr>
            <w:tcW w:w="2880" w:type="dxa"/>
            <w:shd w:val="clear" w:color="auto" w:fill="E6E6E6"/>
          </w:tcPr>
          <w:p w14:paraId="202F4334" w14:textId="77777777" w:rsidR="00DD0F2A" w:rsidRDefault="00000000">
            <w:r>
              <w:rPr>
                <w:b/>
                <w:bCs/>
                <w:sz w:val="20"/>
                <w:szCs w:val="20"/>
              </w:rPr>
              <w:t>Item/Expense</w:t>
            </w:r>
          </w:p>
        </w:tc>
        <w:tc>
          <w:tcPr>
            <w:tcW w:w="2880" w:type="dxa"/>
            <w:shd w:val="clear" w:color="auto" w:fill="E6E6E6"/>
          </w:tcPr>
          <w:p w14:paraId="5031E94C" w14:textId="77777777" w:rsidR="00DD0F2A" w:rsidRDefault="00000000">
            <w:r>
              <w:rPr>
                <w:b/>
                <w:bCs/>
                <w:sz w:val="20"/>
                <w:szCs w:val="20"/>
              </w:rPr>
              <w:t>Cost</w:t>
            </w:r>
          </w:p>
        </w:tc>
        <w:tc>
          <w:tcPr>
            <w:tcW w:w="2880" w:type="dxa"/>
            <w:shd w:val="clear" w:color="auto" w:fill="E6E6E6"/>
          </w:tcPr>
          <w:p w14:paraId="25CFE66C" w14:textId="77777777" w:rsidR="00DD0F2A" w:rsidRDefault="00000000">
            <w:r>
              <w:rPr>
                <w:b/>
                <w:bCs/>
                <w:sz w:val="20"/>
                <w:szCs w:val="20"/>
              </w:rPr>
              <w:t>Justification</w:t>
            </w:r>
          </w:p>
        </w:tc>
      </w:tr>
      <w:tr w:rsidR="00DD0F2A" w14:paraId="2372E783" w14:textId="77777777">
        <w:tc>
          <w:tcPr>
            <w:tcW w:w="2880" w:type="dxa"/>
          </w:tcPr>
          <w:p w14:paraId="079D2C60" w14:textId="77777777" w:rsidR="00DD0F2A" w:rsidRDefault="00DD0F2A"/>
        </w:tc>
        <w:tc>
          <w:tcPr>
            <w:tcW w:w="2880" w:type="dxa"/>
          </w:tcPr>
          <w:p w14:paraId="33BC1A98" w14:textId="77777777" w:rsidR="00DD0F2A" w:rsidRDefault="00DD0F2A"/>
        </w:tc>
        <w:tc>
          <w:tcPr>
            <w:tcW w:w="2880" w:type="dxa"/>
          </w:tcPr>
          <w:p w14:paraId="52550A24" w14:textId="77777777" w:rsidR="00DD0F2A" w:rsidRDefault="00DD0F2A"/>
        </w:tc>
      </w:tr>
      <w:tr w:rsidR="00DD0F2A" w14:paraId="2BC68407" w14:textId="77777777">
        <w:tc>
          <w:tcPr>
            <w:tcW w:w="2880" w:type="dxa"/>
          </w:tcPr>
          <w:p w14:paraId="0A285DAA" w14:textId="77777777" w:rsidR="00DD0F2A" w:rsidRDefault="00DD0F2A"/>
        </w:tc>
        <w:tc>
          <w:tcPr>
            <w:tcW w:w="2880" w:type="dxa"/>
          </w:tcPr>
          <w:p w14:paraId="499E0AC3" w14:textId="77777777" w:rsidR="00DD0F2A" w:rsidRDefault="00DD0F2A"/>
        </w:tc>
        <w:tc>
          <w:tcPr>
            <w:tcW w:w="2880" w:type="dxa"/>
          </w:tcPr>
          <w:p w14:paraId="4F0FCA08" w14:textId="77777777" w:rsidR="00DD0F2A" w:rsidRDefault="00DD0F2A"/>
        </w:tc>
      </w:tr>
      <w:tr w:rsidR="00DD0F2A" w14:paraId="2DB55E4C" w14:textId="77777777">
        <w:tc>
          <w:tcPr>
            <w:tcW w:w="2880" w:type="dxa"/>
          </w:tcPr>
          <w:p w14:paraId="79C3C254" w14:textId="77777777" w:rsidR="00DD0F2A" w:rsidRDefault="00DD0F2A"/>
        </w:tc>
        <w:tc>
          <w:tcPr>
            <w:tcW w:w="2880" w:type="dxa"/>
          </w:tcPr>
          <w:p w14:paraId="6602FCC9" w14:textId="77777777" w:rsidR="00DD0F2A" w:rsidRDefault="00DD0F2A"/>
        </w:tc>
        <w:tc>
          <w:tcPr>
            <w:tcW w:w="2880" w:type="dxa"/>
          </w:tcPr>
          <w:p w14:paraId="1BA896FE" w14:textId="77777777" w:rsidR="00DD0F2A" w:rsidRDefault="00DD0F2A"/>
        </w:tc>
      </w:tr>
      <w:tr w:rsidR="00DD0F2A" w14:paraId="5423C41C" w14:textId="77777777">
        <w:tc>
          <w:tcPr>
            <w:tcW w:w="2880" w:type="dxa"/>
          </w:tcPr>
          <w:p w14:paraId="21EF6327" w14:textId="77777777" w:rsidR="00DD0F2A" w:rsidRDefault="00DD0F2A"/>
        </w:tc>
        <w:tc>
          <w:tcPr>
            <w:tcW w:w="2880" w:type="dxa"/>
          </w:tcPr>
          <w:p w14:paraId="77BB84F7" w14:textId="77777777" w:rsidR="00DD0F2A" w:rsidRDefault="00DD0F2A"/>
        </w:tc>
        <w:tc>
          <w:tcPr>
            <w:tcW w:w="2880" w:type="dxa"/>
          </w:tcPr>
          <w:p w14:paraId="6FE8E19A" w14:textId="77777777" w:rsidR="00DD0F2A" w:rsidRDefault="00DD0F2A"/>
        </w:tc>
      </w:tr>
      <w:tr w:rsidR="00DD0F2A" w14:paraId="047246B9" w14:textId="77777777">
        <w:tc>
          <w:tcPr>
            <w:tcW w:w="2880" w:type="dxa"/>
          </w:tcPr>
          <w:p w14:paraId="7B27470D" w14:textId="77777777" w:rsidR="00DD0F2A" w:rsidRDefault="00DD0F2A"/>
        </w:tc>
        <w:tc>
          <w:tcPr>
            <w:tcW w:w="2880" w:type="dxa"/>
          </w:tcPr>
          <w:p w14:paraId="2CDDB89B" w14:textId="77777777" w:rsidR="00DD0F2A" w:rsidRDefault="00DD0F2A"/>
        </w:tc>
        <w:tc>
          <w:tcPr>
            <w:tcW w:w="2880" w:type="dxa"/>
          </w:tcPr>
          <w:p w14:paraId="50FFE7F3" w14:textId="77777777" w:rsidR="00DD0F2A" w:rsidRDefault="00DD0F2A"/>
        </w:tc>
      </w:tr>
    </w:tbl>
    <w:p w14:paraId="2F0FDAD6" w14:textId="77777777" w:rsidR="00DD0F2A" w:rsidRDefault="00DD0F2A"/>
    <w:p w14:paraId="0E4AFCFE" w14:textId="77777777" w:rsidR="00DD0F2A" w:rsidRDefault="00000000">
      <w:r>
        <w:rPr>
          <w:b/>
          <w:bCs/>
          <w:color w:val="03646A"/>
          <w:sz w:val="28"/>
          <w:szCs w:val="28"/>
        </w:rPr>
        <w:t>SECTION 4: Marlborough Connection</w:t>
      </w:r>
    </w:p>
    <w:p w14:paraId="6DD8470E" w14:textId="77777777" w:rsidR="00DD0F2A" w:rsidRDefault="00000000">
      <w:r>
        <w:rPr>
          <w:b/>
          <w:bCs/>
        </w:rPr>
        <w:t>Q7: Why Marlborough? What regional advantages are you leveraging?</w:t>
      </w:r>
    </w:p>
    <w:p w14:paraId="1D2AD96D" w14:textId="51B47155" w:rsidR="00DD0F2A" w:rsidRDefault="00000000">
      <w:r>
        <w:rPr>
          <w:i/>
          <w:iCs/>
          <w:color w:val="666666"/>
          <w:sz w:val="20"/>
          <w:szCs w:val="20"/>
        </w:rPr>
        <w:lastRenderedPageBreak/>
        <w:t>How does your startup connect to Marlborough's strengths? What is your commitment to the region? (150 words max)</w:t>
      </w:r>
    </w:p>
    <w:p w14:paraId="0FE3EF4F" w14:textId="77777777" w:rsidR="00DD0F2A" w:rsidRDefault="00000000">
      <w:r>
        <w:t>Answer:</w:t>
      </w:r>
      <w:r>
        <w:br/>
      </w:r>
      <w:r>
        <w:br/>
      </w:r>
      <w:r>
        <w:br/>
      </w:r>
      <w:r>
        <w:br/>
      </w:r>
    </w:p>
    <w:p w14:paraId="366072D5" w14:textId="77777777" w:rsidR="00DD0F2A" w:rsidRDefault="00000000">
      <w:r>
        <w:rPr>
          <w:b/>
          <w:bCs/>
          <w:color w:val="03646A"/>
          <w:sz w:val="28"/>
          <w:szCs w:val="28"/>
        </w:rPr>
        <w:t>SECTION 5: About You</w:t>
      </w:r>
    </w:p>
    <w:p w14:paraId="2D2213A5" w14:textId="77777777" w:rsidR="00DD0F2A" w:rsidRDefault="00000000">
      <w:r>
        <w:rPr>
          <w:b/>
          <w:bCs/>
        </w:rPr>
        <w:t>Q8: What makes you the right person to build this?</w:t>
      </w:r>
    </w:p>
    <w:p w14:paraId="0F58789C" w14:textId="77777777" w:rsidR="00DD0F2A" w:rsidRDefault="00000000">
      <w:r>
        <w:rPr>
          <w:i/>
          <w:iCs/>
          <w:color w:val="666666"/>
          <w:sz w:val="20"/>
          <w:szCs w:val="20"/>
        </w:rPr>
        <w:t>Your background, relevant skills/experience, commitment level to this startup, awareness of gaps you need to fill. (150 words max)</w:t>
      </w:r>
    </w:p>
    <w:p w14:paraId="5017C014" w14:textId="77777777" w:rsidR="00DD0F2A" w:rsidRDefault="00000000">
      <w:r>
        <w:t>Answer:</w:t>
      </w:r>
      <w:r>
        <w:br/>
      </w:r>
      <w:r>
        <w:br/>
      </w:r>
      <w:r>
        <w:br/>
      </w:r>
      <w:r>
        <w:br/>
      </w:r>
    </w:p>
    <w:p w14:paraId="3A309D14" w14:textId="77777777" w:rsidR="00DD0F2A" w:rsidRDefault="00000000">
      <w:r>
        <w:rPr>
          <w:b/>
          <w:bCs/>
          <w:color w:val="03646A"/>
          <w:sz w:val="28"/>
          <w:szCs w:val="28"/>
        </w:rPr>
        <w:t>DECLARATION</w:t>
      </w:r>
    </w:p>
    <w:p w14:paraId="7606CBA0" w14:textId="4F576816" w:rsidR="00DD0F2A" w:rsidRDefault="00000000">
      <w:r>
        <w:rPr>
          <w:b/>
          <w:bCs/>
        </w:rPr>
        <w:t>I declare that:</w:t>
      </w:r>
    </w:p>
    <w:p w14:paraId="7DBE9E46" w14:textId="77777777" w:rsidR="00DD0F2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☐ All information provided in this application is true and accurate</w:t>
      </w:r>
    </w:p>
    <w:p w14:paraId="14CAEBE1" w14:textId="77777777" w:rsidR="00DD0F2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☐ I am building an innovative, scalable startup with high-growth ambition</w:t>
      </w:r>
    </w:p>
    <w:p w14:paraId="47C7C15F" w14:textId="77777777" w:rsidR="00DD0F2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☐ I am based in the Marlborough region</w:t>
      </w:r>
    </w:p>
    <w:p w14:paraId="555240E9" w14:textId="77777777" w:rsidR="00DD0F2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☐ I have not received a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r w:rsidRPr="0076354C">
        <w:rPr>
          <w:color w:val="000000"/>
          <w:lang w:val="en-GB"/>
        </w:rPr>
        <w:t>Au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Pūngao</w:t>
      </w:r>
      <w:proofErr w:type="spellEnd"/>
      <w:r>
        <w:rPr>
          <w:color w:val="000000"/>
        </w:rPr>
        <w:t xml:space="preserve"> Microgrant in 2026</w:t>
      </w:r>
    </w:p>
    <w:p w14:paraId="4F911DF5" w14:textId="77777777" w:rsidR="00DD0F2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☐ I am not currently raising angel or VC funding</w:t>
      </w:r>
    </w:p>
    <w:p w14:paraId="0D372EC0" w14:textId="77777777" w:rsidR="00DD0F2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☐ I understand and agree to the Terms &amp; Conditions</w:t>
      </w:r>
    </w:p>
    <w:p w14:paraId="19094110" w14:textId="77777777" w:rsidR="00DD0F2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☐ I agree to share learnings publicly if successful</w:t>
      </w:r>
    </w:p>
    <w:tbl>
      <w:tblPr>
        <w:tblStyle w:val="a1"/>
        <w:tblW w:w="864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20"/>
        <w:gridCol w:w="4320"/>
      </w:tblGrid>
      <w:tr w:rsidR="00DD0F2A" w14:paraId="360107FE" w14:textId="77777777">
        <w:tc>
          <w:tcPr>
            <w:tcW w:w="4320" w:type="dxa"/>
            <w:shd w:val="clear" w:color="auto" w:fill="E6E6E6"/>
          </w:tcPr>
          <w:p w14:paraId="1311B6F7" w14:textId="77777777" w:rsidR="00DD0F2A" w:rsidRDefault="00000000">
            <w:r>
              <w:rPr>
                <w:b/>
                <w:bCs/>
              </w:rPr>
              <w:t>Full Name:</w:t>
            </w:r>
          </w:p>
        </w:tc>
        <w:tc>
          <w:tcPr>
            <w:tcW w:w="4320" w:type="dxa"/>
          </w:tcPr>
          <w:p w14:paraId="7AF50B30" w14:textId="77777777" w:rsidR="00DD0F2A" w:rsidRDefault="00DD0F2A"/>
          <w:p w14:paraId="29A4E564" w14:textId="77777777" w:rsidR="0076354C" w:rsidRDefault="0076354C"/>
        </w:tc>
      </w:tr>
      <w:tr w:rsidR="00DD0F2A" w14:paraId="428469AC" w14:textId="77777777">
        <w:tc>
          <w:tcPr>
            <w:tcW w:w="4320" w:type="dxa"/>
            <w:shd w:val="clear" w:color="auto" w:fill="E6E6E6"/>
          </w:tcPr>
          <w:p w14:paraId="609C6CDE" w14:textId="77777777" w:rsidR="00DD0F2A" w:rsidRDefault="00000000">
            <w:r>
              <w:rPr>
                <w:b/>
                <w:bCs/>
              </w:rPr>
              <w:t>Date:</w:t>
            </w:r>
          </w:p>
        </w:tc>
        <w:tc>
          <w:tcPr>
            <w:tcW w:w="4320" w:type="dxa"/>
          </w:tcPr>
          <w:p w14:paraId="16D8F143" w14:textId="77777777" w:rsidR="00DD0F2A" w:rsidRDefault="00DD0F2A"/>
          <w:p w14:paraId="6C09796E" w14:textId="77777777" w:rsidR="0076354C" w:rsidRDefault="0076354C"/>
        </w:tc>
      </w:tr>
    </w:tbl>
    <w:p w14:paraId="0434EBA9" w14:textId="3DE40CE6" w:rsidR="00DD0F2A" w:rsidRPr="0076354C" w:rsidRDefault="0076354C">
      <w:pPr>
        <w:rPr>
          <w:b/>
          <w:bCs/>
          <w:color w:val="03646A"/>
          <w:sz w:val="28"/>
          <w:szCs w:val="28"/>
        </w:rPr>
      </w:pPr>
      <w:r>
        <w:rPr>
          <w:b/>
          <w:bCs/>
          <w:color w:val="03646A"/>
          <w:sz w:val="28"/>
          <w:szCs w:val="28"/>
        </w:rPr>
        <w:br w:type="page"/>
      </w:r>
      <w:r w:rsidR="00000000">
        <w:rPr>
          <w:b/>
          <w:bCs/>
          <w:color w:val="03646A"/>
          <w:sz w:val="28"/>
          <w:szCs w:val="28"/>
        </w:rPr>
        <w:lastRenderedPageBreak/>
        <w:t>SUBMISSION INSTRUCTIONS</w:t>
      </w:r>
    </w:p>
    <w:p w14:paraId="7D415708" w14:textId="5B305E68" w:rsidR="00DD0F2A" w:rsidRDefault="00000000">
      <w:pPr>
        <w:pBdr>
          <w:top w:val="single" w:sz="6" w:space="0" w:color="03646A"/>
          <w:left w:val="single" w:sz="6" w:space="0" w:color="03646A"/>
          <w:bottom w:val="single" w:sz="6" w:space="0" w:color="03646A"/>
          <w:right w:val="single" w:sz="6" w:space="0" w:color="03646A"/>
        </w:pBdr>
        <w:shd w:val="clear" w:color="auto" w:fill="E6F7F7"/>
      </w:pPr>
      <w:r>
        <w:rPr>
          <w:b/>
          <w:bCs/>
          <w:color w:val="03646A"/>
        </w:rPr>
        <w:t xml:space="preserve">📧 Email your completed application to: </w:t>
      </w:r>
      <w:r>
        <w:rPr>
          <w:b/>
          <w:bCs/>
          <w:sz w:val="24"/>
          <w:szCs w:val="24"/>
        </w:rPr>
        <w:t>grants@teaupungao.com</w:t>
      </w:r>
      <w:r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br/>
      </w:r>
      <w:r>
        <w:t>Subject line: Microgrant Application - [Your Name]</w:t>
      </w:r>
      <w:r>
        <w:br/>
      </w:r>
      <w:r>
        <w:br/>
        <w:t>📎 You may attach supporting materials: prototypes, customer feedback, market research, etc.</w:t>
      </w:r>
      <w:r>
        <w:br/>
      </w:r>
      <w:r>
        <w:br/>
        <w:t>⏱️ What happens next: We will acknowledge receipt within 2 business days and provide a decision within 3 weeks.</w:t>
      </w:r>
    </w:p>
    <w:p w14:paraId="4EB4C74A" w14:textId="77777777" w:rsidR="00DD0F2A" w:rsidRDefault="00000000">
      <w:pPr>
        <w:pBdr>
          <w:top w:val="single" w:sz="6" w:space="0" w:color="FF7800"/>
        </w:pBdr>
        <w:jc w:val="center"/>
      </w:pPr>
      <w:proofErr w:type="spellStart"/>
      <w:r>
        <w:rPr>
          <w:color w:val="292829"/>
          <w:sz w:val="18"/>
          <w:szCs w:val="18"/>
        </w:rPr>
        <w:t>Te</w:t>
      </w:r>
      <w:proofErr w:type="spellEnd"/>
      <w:r>
        <w:rPr>
          <w:color w:val="292829"/>
          <w:sz w:val="18"/>
          <w:szCs w:val="18"/>
        </w:rPr>
        <w:t xml:space="preserve"> Au </w:t>
      </w:r>
      <w:proofErr w:type="spellStart"/>
      <w:r>
        <w:rPr>
          <w:color w:val="292829"/>
          <w:sz w:val="18"/>
          <w:szCs w:val="18"/>
        </w:rPr>
        <w:t>Pūngao</w:t>
      </w:r>
      <w:proofErr w:type="spellEnd"/>
      <w:r>
        <w:rPr>
          <w:color w:val="292829"/>
          <w:sz w:val="18"/>
          <w:szCs w:val="18"/>
        </w:rPr>
        <w:t xml:space="preserve"> | Technology &amp; Innovation Hub</w:t>
      </w:r>
      <w:r>
        <w:rPr>
          <w:color w:val="292829"/>
          <w:sz w:val="18"/>
          <w:szCs w:val="18"/>
        </w:rPr>
        <w:br/>
        <w:t>teaupungao.com | grants@teaupungao.com</w:t>
      </w:r>
    </w:p>
    <w:sectPr w:rsidR="00DD0F2A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FDD8B58-4376-9B46-BA68-9FDA48B4C5B3}"/>
  </w:font>
  <w:font w:name="DM Sans">
    <w:panose1 w:val="00000000000000000000"/>
    <w:charset w:val="4D"/>
    <w:family w:val="auto"/>
    <w:pitch w:val="variable"/>
    <w:sig w:usb0="8000002F" w:usb1="4000204B" w:usb2="00000000" w:usb3="00000000" w:csb0="00000093" w:csb1="00000000"/>
    <w:embedBold r:id="rId3" w:fontKey="{1563DFB9-CE4B-1742-90F9-F98AC9021305}"/>
    <w:embedItalic r:id="rId4" w:fontKey="{C7608F34-80AA-8042-B9E5-E8C7CB01885E}"/>
    <w:embedBoldItalic r:id="rId5" w:fontKey="{1F5F9483-C553-0843-B197-DC23232692C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B07D0A76-6B9B-8641-B10A-5F96D4BCE514}"/>
    <w:embedBold r:id="rId7" w:fontKey="{C577FF66-E7AF-3D4B-A795-47CB787CE323}"/>
    <w:embedItalic r:id="rId8" w:fontKey="{1AFDD9AA-2C91-514A-82CB-24A8F75A0A4E}"/>
    <w:embedBoldItalic r:id="rId9" w:fontKey="{249B8AFE-C42C-C04B-BD92-C6E23A093C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2592DA31-FD9F-2740-9D13-4B499DBE5651}"/>
    <w:embedBold r:id="rId11" w:fontKey="{ADB022A6-3CEE-2D45-AE47-C88F30D44189}"/>
    <w:embedItalic r:id="rId12" w:fontKey="{0A6C2C13-11D5-E940-8978-2CCF5181DF30}"/>
    <w:embedBoldItalic r:id="rId13" w:fontKey="{7480A5E4-16B6-5845-B591-F785DF898FE6}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  <w:embedRegular r:id="rId14" w:fontKey="{57D7CB99-7AA1-CD45-AC4D-3F16F3890B3B}"/>
  </w:font>
  <w:font w:name="DM Sans 14pt Black">
    <w:panose1 w:val="00000000000000000000"/>
    <w:charset w:val="4D"/>
    <w:family w:val="auto"/>
    <w:pitch w:val="variable"/>
    <w:sig w:usb0="8000002F" w:usb1="4000204B" w:usb2="00000000" w:usb3="00000000" w:csb0="00000093" w:csb1="00000000"/>
    <w:embedRegular r:id="rId15" w:fontKey="{C6605AAC-7B51-4A47-A614-6640F0E823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E91CF973-66EE-404D-9E2B-DE341163E38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6B442A"/>
    <w:multiLevelType w:val="multilevel"/>
    <w:tmpl w:val="744AD862"/>
    <w:lvl w:ilvl="0">
      <w:start w:val="1"/>
      <w:numFmt w:val="bullet"/>
      <w:pStyle w:val="List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73000F9F"/>
    <w:multiLevelType w:val="multilevel"/>
    <w:tmpl w:val="F8464F48"/>
    <w:lvl w:ilvl="0">
      <w:start w:val="1"/>
      <w:numFmt w:val="decimal"/>
      <w:pStyle w:val="ListBullet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957224652">
    <w:abstractNumId w:val="0"/>
  </w:num>
  <w:num w:numId="2" w16cid:durableId="1771779870">
    <w:abstractNumId w:val="1"/>
  </w:num>
  <w:num w:numId="3" w16cid:durableId="71081140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5563096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8699514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76009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F2A"/>
    <w:rsid w:val="0076354C"/>
    <w:rsid w:val="00DD0F2A"/>
    <w:rsid w:val="00FE6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3148FB"/>
  <w15:docId w15:val="{9D216EB5-9CB0-BB4F-B4E8-37E2C1B3C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DM Sans" w:eastAsia="DM Sans" w:hAnsi="DM Sans" w:cs="DM Sans"/>
        <w:sz w:val="22"/>
        <w:szCs w:val="22"/>
        <w:lang w:val="en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bgYcKCWWoTRaptz52UYA4UKDJw==">CgMxLjA4AHIhMVVObmR2eUZuVXp2YjBmMjhsV2pNUXZmSzEtT0pRSURY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409</Words>
  <Characters>2332</Characters>
  <Application>Microsoft Office Word</Application>
  <DocSecurity>0</DocSecurity>
  <Lines>19</Lines>
  <Paragraphs>5</Paragraphs>
  <ScaleCrop>false</ScaleCrop>
  <Company/>
  <LinksUpToDate>false</LinksUpToDate>
  <CharactersWithSpaces>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Louisa Murray</cp:lastModifiedBy>
  <cp:revision>2</cp:revision>
  <dcterms:created xsi:type="dcterms:W3CDTF">2013-12-23T23:15:00Z</dcterms:created>
  <dcterms:modified xsi:type="dcterms:W3CDTF">2026-02-01T23:32:00Z</dcterms:modified>
</cp:coreProperties>
</file>